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Gas Plant Operator</w:t>
      </w:r>
    </w:p>
    <w:p>
      <w:pPr>
        <w:spacing w:before="0" w:after="240"/>
      </w:pPr>
      <w:r>
        <w:t>I'm writing to apply for the Gas Plant Operator position at [Company Name]. I have hands-on experience monitoring and controlling gas processing equipment through control panels and SCADA systems, and I'm comfortable working rotating shifts in a safety-critical environment.</w:t>
      </w:r>
    </w:p>
    <w:p>
      <w:pPr>
        <w:spacing w:before="0" w:after="240"/>
      </w:pPr>
      <w:r>
        <w:t>In my most recent role I carried out pre-shift inspections and routine testing of emergency shutdown systems, and picked up a slow pressure drift on a compression unit during a routine instrument check before it triggered an automatic trip. I flagged it to the shift supervisor, documented the reading in the shift log, and worked with the maintenance team to schedule a fix before the next changeover, keeping the unit running without an unplanned outage.</w:t>
      </w:r>
    </w:p>
    <w:p>
      <w:pPr>
        <w:spacing w:before="0" w:after="240"/>
      </w:pPr>
      <w:r>
        <w:t>[Company Name] stands out to me because [add one genuine, specific reason: a project, value, or market position you can point to]. I want to bring my experience with control systems and emergency response procedures to a team that takes plant safety and reliability seriously.</w:t>
      </w:r>
    </w:p>
    <w:p>
      <w:pPr>
        <w:spacing w:before="0" w:after="240"/>
      </w:pPr>
      <w:r>
        <w:t>Thank you for considering my application. I've attached my resume with further detail on my experience and qualifications, and I'd welcome the chance to discuss how I could contribute to your operations team.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