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Gasfitter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Licensed gasfitter with experience across residential, commercial and industrial installations. Skilled in leak detection, pipework fabrication and compliance with AS/NZS 5601, focused on safety and first-time-right work. Adept at reading plans, using electronic detectors and manometers, and completing compliance certificates accurately.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Hand and power tool work   •   Reading plans and specifications   •   Installation and maintenance   •   Worksite safety management   •   Regulatory compliance   •   Electronic gas leak detector   •   Manometer   •   Pipe threading machine   •   Flaring tool   •   Soldering torch   •   Problem solving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Gasfitter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Installed and commissioned gas appliances and pipework across more than 40 residential and commercial sites, ensuring all work met AS/NZS 5601 and state licensing requirements.</w:t>
      </w:r>
    </w:p>
    <w:p>
      <w:pPr>
        <w:pStyle w:val="ListBullet"/>
        <w:spacing w:after="80" w:line="276" w:lineRule="auto"/>
      </w:pPr>
      <w:r>
        <w:t>Diagnosed and repaired gas leaks using electronic detectors and soapy water methods, reducing repeat call-outs for the same issue by addressing root causes.</w:t>
      </w:r>
    </w:p>
    <w:p>
      <w:pPr>
        <w:pStyle w:val="ListBullet"/>
        <w:spacing w:after="80" w:line="276" w:lineRule="auto"/>
      </w:pPr>
      <w:r>
        <w:t>Trained two apprentices in safe gasfitting practices and compliance certificate completion, improving their on-site readiness and safety awareness.</w:t>
      </w:r>
    </w:p>
    <w:p>
      <w:pPr>
        <w:pStyle w:val="ListBullet"/>
        <w:spacing w:after="80" w:line="276" w:lineRule="auto"/>
      </w:pPr>
      <w:r>
        <w:t>Maintained a clean safety record across all projects, with zero lost-time injuries and no compliance breaches.</w:t>
      </w:r>
    </w:p>
    <w:p>
      <w:pPr>
        <w:pStyle w:val="ListBullet"/>
        <w:spacing w:after="240" w:line="276" w:lineRule="auto"/>
      </w:pPr>
      <w:r>
        <w:t>Streamlined inventory of fittings and tools, cutting downtime waiting for parts by arranging better stock levels with suppliers.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Plumbing and Gasfitting (or equivalent apprenticeship), plus current state gasfitting licence.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