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Geology Technician</w:t>
      </w:r>
    </w:p>
    <w:p>
      <w:pPr>
        <w:spacing w:before="0" w:after="240"/>
      </w:pPr>
      <w:r>
        <w:t>I am writing to apply for the Geology Technician role at [Company Name]. With hands-on experience in drill core logging, soil and rock sampling, and field data capture, I am ready to support your exploration or mine geology team from day one.</w:t>
      </w:r>
    </w:p>
    <w:p>
      <w:pPr>
        <w:spacing w:before="0" w:after="240"/>
      </w:pPr>
      <w:r>
        <w:t>On a recent remote campaign, I logged and photographed drill core across a multi-rig program, kept the sample register and assay dispatch schedule current, and worked with geologists to resolve depth discrepancies before they reached the database. That attention to sample integrity kept the geology team's interpretation accurate and reduced rework when assay results arrived.</w:t>
      </w:r>
    </w:p>
    <w:p>
      <w:pPr>
        <w:spacing w:before="0" w:after="240"/>
      </w:pPr>
      <w:r>
        <w:t>I am drawn to [Company Name] because [add one genuine, specific reason: a project, value, or market position you can point to]. I want to contribute to a team whose geological data standards and safety culture match my own.</w:t>
      </w:r>
    </w:p>
    <w:p>
      <w:pPr>
        <w:spacing w:before="0" w:after="240"/>
      </w:pPr>
      <w:r>
        <w:t>Thank you for considering my application. My resume is attached and I would welcome the chance to discuss how my field and laboratory skills can support your upcoming programs.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