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Geophysicist</w:t>
      </w:r>
    </w:p>
    <w:p>
      <w:pPr>
        <w:spacing w:before="0" w:after="240"/>
      </w:pPr>
      <w:r>
        <w:t>I am writing to apply for the Geophysicist position at [Company Name]. My background in acquiring and interpreting seismic, gravity and magnetic survey data lines up closely with the technical demands of this role, and I bring a practical understanding of how geophysical evidence feeds into exploration and drilling decisions.</w:t>
      </w:r>
    </w:p>
    <w:p>
      <w:pPr>
        <w:spacing w:before="0" w:after="240"/>
      </w:pPr>
      <w:r>
        <w:t>In a recent exploration program, I processed seismic data using ProMAX and built subsurface interpretations that informed the drilling locations put forward to the technical team. Working closely with geologists, I helped narrow a wide target area down to a smaller number of higher-confidence sites, which cut unnecessary drilling costs and kept the program on schedule.</w:t>
      </w:r>
    </w:p>
    <w:p>
      <w:pPr>
        <w:spacing w:before="0" w:after="240"/>
      </w:pPr>
      <w:r>
        <w:t>[Company Name]'s work in [add one genuine, specific reason: a project, value, or market position you can point to] is what draws me to this role in particular. I want to contribute to exploration programs where geophysical data shapes the drilling decisions made, rather than sitting alongside them as a formality.</w:t>
      </w:r>
    </w:p>
    <w:p>
      <w:pPr>
        <w:spacing w:before="0" w:after="240"/>
      </w:pPr>
      <w:r>
        <w:t>Thank you for considering my application. I have attached my resume, which sets out my technical experience and tools in more detail, and I would welcome the chance to discuss how I can contribute to your exploration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