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Geotechnical Engineer</w:t>
      </w:r>
    </w:p>
    <w:p>
      <w:pPr>
        <w:spacing w:before="0" w:after="240"/>
      </w:pPr>
      <w:r>
        <w:t>I am writing to apply for the Geotechnical Engineer position at [Company Name]. My background covers site investigation, laboratory testing and foundation design, and I bring the range this role needs across fieldwork, modelling and client-facing reporting.</w:t>
      </w:r>
    </w:p>
    <w:p>
      <w:pPr>
        <w:spacing w:before="0" w:after="240"/>
      </w:pPr>
      <w:r>
        <w:t>In a recent project, I managed a site investigation program combining CPT testing and rotary drilling to characterise a variable clay and rock profile, then used PLAXIS to model how a retaining wall would perform under those conditions. Flagging the ground risk at concept stage meant the design team avoided a late-stage redesign once excavation began, which kept the construction program on track.</w:t>
      </w:r>
    </w:p>
    <w:p>
      <w:pPr>
        <w:spacing w:before="0" w:after="240"/>
      </w:pPr>
      <w:r>
        <w:t>[Company Name] stands out to me because [add one genuine, specific reason: a project, value, or market position you can point to]. That's the kind of work I want to be part of, and where I think my site investigation and design background would add value from early on.</w:t>
      </w:r>
    </w:p>
    <w:p>
      <w:pPr>
        <w:spacing w:before="0" w:after="240"/>
      </w:pPr>
      <w:r>
        <w:t>Thank you for considering my application. I've attached my resume and would welcome the chance to discuss how my experience in geotechnical investigation and design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