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Geriatrician</w:t>
      </w:r>
    </w:p>
    <w:p>
      <w:pPr>
        <w:spacing w:before="0" w:after="240"/>
      </w:pPr>
      <w:r>
        <w:t>I am writing to apply for the Geriatrician position at [Company Name]. With advanced training in geriatric medicine and a strong commitment to patient-centred care, I am confident I can contribute to your team's work with older adults.</w:t>
      </w:r>
    </w:p>
    <w:p>
      <w:pPr>
        <w:spacing w:before="0" w:after="240"/>
      </w:pPr>
      <w:r>
        <w:t>In my current role, I led comprehensive geriatric assessments for a caseload of 60 older patients, focusing on medication review and care coordination. By working closely with nursing and allied health staff, I helped reduce avoidable hospital admissions and improved continuity of care for patients transitioning back to the community. I also advised other medical teams on falls prevention and discharge planning, which lowered readmission rates for frail patients.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multidisciplinary care and medication management to your service.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