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Goat Farmer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Goat Farmer with practical experience managing dairy, meat and fibre herds. Skilled in breeding, animal health, pasture management and milking operations. Committed to animal welfare, biosecurity and sustainable farm productivity.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Operations management   •   Inventory management   •   Plant and equipment operation   •   Selling and negotiation   •   NLIS database   •   Xero   •   Breedplan   •   Herd management software   •   Pasture management apps   •   Safety and compliance awareness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Goat Farmer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herd of 180 goats, overseeing breeding, feeding and animal health to maintain consistent production.</w:t>
      </w:r>
    </w:p>
    <w:p>
      <w:pPr>
        <w:pStyle w:val="ListBullet"/>
        <w:spacing w:after="80" w:line="276" w:lineRule="auto"/>
      </w:pPr>
      <w:r>
        <w:t>Implemented rotational grazing across 60 hectares, improving pasture recovery and reducing supplementary feed needs.</w:t>
      </w:r>
    </w:p>
    <w:p>
      <w:pPr>
        <w:pStyle w:val="ListBullet"/>
        <w:spacing w:after="80" w:line="276" w:lineRule="auto"/>
      </w:pPr>
      <w:r>
        <w:t>Milked dairy herd twice daily and maintained milk quality records for processor compliance.</w:t>
      </w:r>
    </w:p>
    <w:p>
      <w:pPr>
        <w:pStyle w:val="ListBullet"/>
        <w:spacing w:after="80" w:line="276" w:lineRule="auto"/>
      </w:pPr>
      <w:r>
        <w:t>Coordinated NLIS tagging and movement documentation for all livestock, meeting state traceability requirements.</w:t>
      </w:r>
    </w:p>
    <w:p>
      <w:pPr>
        <w:pStyle w:val="ListBullet"/>
        <w:spacing w:after="80" w:line="276" w:lineRule="auto"/>
      </w:pPr>
      <w:r>
        <w:t>Negotiated sales of fibre and dairy products with regular buyers, securing repeat contracts.</w:t>
      </w:r>
    </w:p>
    <w:p>
      <w:pPr>
        <w:pStyle w:val="ListBullet"/>
        <w:spacing w:after="240" w:line="276" w:lineRule="auto"/>
      </w:pPr>
      <w:r>
        <w:t>Trained and supervised two farm hands in safe animal handling and milking procedures.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equivalent; many goat farmers learn on the job or complete a Certificate III in Agriculture (Livestock Production) or a Diploma of Agriculture.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