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Grant Writer</w:t>
      </w:r>
    </w:p>
    <w:p>
      <w:pPr>
        <w:spacing w:before="0" w:after="240"/>
      </w:pPr>
      <w:r>
        <w:t>I am writing to apply for the Grant Writer role at [Company Name]. With a background in researching funding opportunities and drafting successful applications, I am confident I can help your organisation secure the grants it needs to deliver its programs.</w:t>
      </w:r>
    </w:p>
    <w:p>
      <w:pPr>
        <w:spacing w:before="0" w:after="240"/>
      </w:pPr>
      <w:r>
        <w:t>In a previous role, I worked with program staff to translate a new community health initiative into a funding application that met the funder's selection criteria. The application was successful, and I later compiled the acquittal report showing the funds were spent as promised. I also prepared the project budget in Excel and managed the submission through SmartyGrants.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chance to bring my grant writing skills to your team.</w:t>
      </w:r>
    </w:p>
    <w:p>
      <w:pPr>
        <w:spacing w:before="0" w:after="240"/>
      </w:pPr>
      <w:r>
        <w:t>Thank you for considering my application. I have attached my resume and look forward to discussing how I can contribute to your funding success.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