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Gym Manager</w:t>
      </w:r>
    </w:p>
    <w:p>
      <w:pPr>
        <w:spacing w:before="0" w:after="240"/>
      </w:pPr>
      <w:r>
        <w:t>I am writing to apply for the Gym Manager position at [Company Name]. With my experience in fitness operations, team leadership and member retention, I am confident I can help your facility run smoothly and grow.</w:t>
      </w:r>
    </w:p>
    <w:p>
      <w:pPr>
        <w:spacing w:before="0" w:after="240"/>
      </w:pPr>
      <w:r>
        <w:t>In my previous role, I managed a team of 12 instructors and support staff, rostering them efficiently to cover 60 hours of operation per week while keeping overtime to a minimum. I introduced a follow-up program for lapsed members that brought back 50 former members in six months, and I oversaw equipment maintenance to ensure all safety checks were completed on time and downtime was minimised.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align with your commitment to community fitness and would welcome the chance to contribute to your ongoing success.</w:t>
      </w:r>
    </w:p>
    <w:p>
      <w:pPr>
        <w:spacing w:before="0" w:after="240"/>
      </w:pPr>
      <w:r>
        <w:t>Thank you for considering my application. I have attached my resume for your review and look forward to discussing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