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Gym Manager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Gym Manager with experience in fitness operations, team leadership and member retention. Skilled in rostering, budgeting and program development to keep facilities running smoothly and members engaged.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Operations management   •   Budgeting and forecasting   •   Rostering and venue operations   •   Fitness coaching and instruction   •   Marketing analytics   •   Mindbody   •   Xero   •   Deputy   •   Microsoft Excel   •   Glofox   •   People leadership   •   Customer service   •   Safety and compliance awareness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Gym Manager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Rostered and supervised a team of 12 fitness instructors and support staff, cutting scheduling conflicts and reducing overtime by 20 hours per month.</w:t>
      </w:r>
    </w:p>
    <w:p>
      <w:pPr>
        <w:pStyle w:val="ListBullet"/>
        <w:spacing w:after="80" w:line="276" w:lineRule="auto"/>
      </w:pPr>
      <w:r>
        <w:t>Managed membership sales and renewals, increasing retention by 50 members over six months through a structured follow-up program.</w:t>
      </w:r>
    </w:p>
    <w:p>
      <w:pPr>
        <w:pStyle w:val="ListBullet"/>
        <w:spacing w:after="80" w:line="276" w:lineRule="auto"/>
      </w:pPr>
      <w:r>
        <w:t>Oversaw facility maintenance and equipment safety checks, ensuring compliance with WHS standards and reducing equipment downtime by 15 hours per month.</w:t>
      </w:r>
    </w:p>
    <w:p>
      <w:pPr>
        <w:pStyle w:val="ListBullet"/>
        <w:spacing w:after="80" w:line="276" w:lineRule="auto"/>
      </w:pPr>
      <w:r>
        <w:t>Developed and marketed new fitness programs, growing class attendance by 30 participants per week.</w:t>
      </w:r>
    </w:p>
    <w:p>
      <w:pPr>
        <w:pStyle w:val="ListBullet"/>
        <w:spacing w:after="240" w:line="276" w:lineRule="auto"/>
      </w:pPr>
      <w:r>
        <w:t>Monitored budgets and payroll using Xero, identifying cost savings to keep spending within budget.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III/IV in Fitness or Business, or a Bachelor degree in Sport Management, Business or a related field, plus relevant industry experience.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