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Gymnastics Coach</w:t>
      </w:r>
    </w:p>
    <w:p>
      <w:pPr>
        <w:spacing w:before="0" w:after="240"/>
      </w:pPr>
      <w:r>
        <w:t>I am writing to apply for the Gymnastics Coach position at [Company Name]. With several years of experience coaching recreational and competitive gymnasts, I am confident I can help your club deliver safe, engaging and progressive programs.</w:t>
      </w:r>
    </w:p>
    <w:p>
      <w:pPr>
        <w:spacing w:before="0" w:after="240"/>
      </w:pPr>
      <w:r>
        <w:t>In my current role, I plan and lead sessions for a squad of up to 15 gymnasts from beginner to level 4. I introduced a structured warm-up and conditioning program that noticeably improved athletes' strength and flexibility. Using video analysis, I helped three athletes refine their bar routines and achieve personal best scores at the state grading event, with no injuries during preparation.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athlete wellbeing and long-term skill development, and I would welcome the chance to contribute to your coaching team.</w:t>
      </w:r>
    </w:p>
    <w:p>
      <w:pPr>
        <w:spacing w:before="0" w:after="240"/>
      </w:pPr>
      <w:r>
        <w:t>Thank you for considering my application. I have attached my resume and look forward to discussing how my experience and approach can benefit your club.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