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Hairdresser</w:t>
      </w:r>
    </w:p>
    <w:p>
      <w:pPr>
        <w:spacing w:before="0" w:after="240"/>
      </w:pPr>
      <w:r>
        <w:t>I'm writing to apply for the Hairdresser position at [Company Name]. With hands-on experience across cutting, colouring and styling, I bring both technical skill and a genuine interest in building long-term client relationships to your salon.</w:t>
      </w:r>
    </w:p>
    <w:p>
      <w:pPr>
        <w:spacing w:before="0" w:after="240"/>
      </w:pPr>
      <w:r>
        <w:t>In my most recent role, I made a point of taking extra time during consultations to understand a client's hair history and lifestyle before recommending colour or chemical treatments. That approach meant fewer corrective appointments and more clients rebooking directly with me rather than through the front desk, which helped grow a steady personal client list.</w:t>
      </w:r>
    </w:p>
    <w:p>
      <w:pPr>
        <w:spacing w:before="0" w:after="240"/>
      </w:pPr>
      <w:r>
        <w:t>What draws me to [Company Name] specifically is [add one genuine, specific reason: a project, value, or market position you can point to]. It's the kind of environment where I think my technical background and client focus would fit well.</w:t>
      </w:r>
    </w:p>
    <w:p>
      <w:pPr>
        <w:spacing w:before="0" w:after="240"/>
      </w:pPr>
      <w:r>
        <w:t>Thank you for considering my application. I've attached my resume with further detail on my technical background and client management experience, and I'd welcome the chance to discuss how I can contribute to the team at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