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Harbour Master</w:t>
      </w:r>
    </w:p>
    <w:p>
      <w:pPr>
        <w:spacing w:before="0" w:after="240"/>
      </w:pPr>
      <w:r>
        <w:t>I am writing to apply for the Harbour Master role at [Company Name]. With extensive experience in port operations and marine safety, I am confident in my ability to manage vessel movements, enforce regulations and lead emergency response in a busy harbour.</w:t>
      </w:r>
    </w:p>
    <w:p>
      <w:pPr>
        <w:spacing w:before="0" w:after="240"/>
      </w:pPr>
      <w:r>
        <w:t>In my current role, I coordinate pilotage and towage for up to 20 vessel movements per day. I led a review of our emergency response procedures that reduced incident response times from 15 minutes to under 10 minutes. I also worked with shipping agents to streamline berthing schedules, which cut average waiting time at anchorage by several hours. These improvements came from close communication with pilots, tug operators and port users, and from a careful reading of weather and traffic data.</w:t>
      </w:r>
    </w:p>
    <w:p>
      <w:pPr>
        <w:spacing w:before="0" w:after="240"/>
      </w:pPr>
      <w:r>
        <w:t>I am particularly drawn to [Company Name] because [add one genuine, specific reason: a project, value, or market position you can point to]. I share your commitment to safe and efficient port operations and would welcome the chance to contribute to your team.</w:t>
      </w:r>
    </w:p>
    <w:p>
      <w:pPr>
        <w:spacing w:before="0" w:after="240"/>
      </w:pPr>
      <w:r>
        <w:t>Thank you for considering my application. My resume is attached, and I look forward to discussing how my experience aligns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