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Health Information Manager</w:t>
      </w:r>
    </w:p>
    <w:p>
      <w:pPr>
        <w:spacing w:before="0" w:after="240"/>
      </w:pPr>
      <w:r>
        <w:t>I am writing to apply for the Health Information Manager position at [Company Name]. With several years of experience managing patient health records and clinical coding in Australian health services, I am confident I can contribute to your team's data governance and reporting needs.</w:t>
      </w:r>
    </w:p>
    <w:p>
      <w:pPr>
        <w:spacing w:before="0" w:after="240"/>
      </w:pPr>
      <w:r>
        <w:t>In my current role, I led a clinical coding audit across a 250-bed hospital that identified inconsistencies in ACHI procedure coding. By implementing targeted training and a weekly data quality review, I reduced coding errors and improved the accuracy of activity based funding submissions. This resulted in more reliable reporting to the Independent Hospital Pricing Authority and better support for clinical departments. I also managed the release of patient records for legal and insurance requests, always ensuring compliance with privacy legislation.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skills in data analysis and stakeholder management to your organisation.</w:t>
      </w:r>
    </w:p>
    <w:p>
      <w:pPr>
        <w:spacing w:before="0" w:after="240"/>
      </w:pPr>
      <w:r>
        <w:t>Thank you for considering my application. My resume is attached and provides further detail on my experience and qualifications. I look forward to the opportunity to discuss how I can support your health information management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