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Health Promotion Officer</w:t>
      </w:r>
    </w:p>
    <w:p>
      <w:pPr>
        <w:spacing w:before="0" w:after="240"/>
      </w:pPr>
      <w:r>
        <w:t>I am writing to apply for the Health Promotion Officer position at [Company Name]. With a background in community health education and program evaluation, I am confident I can contribute to your team's prevention-focused work.</w:t>
      </w:r>
    </w:p>
    <w:p>
      <w:pPr>
        <w:spacing w:before="0" w:after="240"/>
      </w:pPr>
      <w:r>
        <w:t>In a previous role, I coordinated a healthy eating and active living campaign across a local government area. I worked with schools and community groups to deliver a series of workshops and a social media campaign, which reached more than 500 residents over six months. By analysing feedback and participation data, I identified that evening sessions and translated materials improved attendance, and I adapted the program accordingly. This experience gave me practical skills in needs assessment, stakeholder engagement and evaluation that I would bring to this role.</w:t>
      </w:r>
    </w:p>
    <w:p>
      <w:pPr>
        <w:spacing w:before="0" w:after="240"/>
      </w:pPr>
      <w:r>
        <w:t>I am particularly drawn to [Company Name] because of your commitment to [add one genuine, specific reason: a project, value, or market position you can point to]. I would welcome the opportunity to contribute to your health promotion initiatives and learn from your team.</w:t>
      </w:r>
    </w:p>
    <w:p>
      <w:pPr>
        <w:spacing w:before="0" w:after="240"/>
      </w:pPr>
      <w:r>
        <w:t>Thank you for considering my application. I have attached my resume for your review and look forward to discussing how my skills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