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Helicopter Pilot</w:t>
      </w:r>
    </w:p>
    <w:p>
      <w:pPr>
        <w:spacing w:before="0" w:after="240"/>
      </w:pPr>
      <w:r>
        <w:t>I am writing to apply for the Helicopter Pilot position at [Company Name]. With a CASA Commercial Pilot Licence (Helicopter) and experience across charter, aerial work and emergency operations, I am confident I can contribute safely and effectively to your team.</w:t>
      </w:r>
    </w:p>
    <w:p>
      <w:pPr>
        <w:spacing w:before="0" w:after="240"/>
      </w:pPr>
      <w:r>
        <w:t>In my current role, I fly charter and aerial work missions across remote terrain, often coordinating with ground crews and emergency services. On a mustering operation last season, I navigated challenging weather to move cattle across a property, adjusting flight plans in real time to keep the operation safe and on schedule. I also conduct pre-flight inspections and weight and balance calculations daily, and I use OzRunways and ForeFlight for flight planning, which helps me maintain accuracy under pressure.</w:t>
      </w:r>
    </w:p>
    <w:p>
      <w:pPr>
        <w:spacing w:before="0" w:after="240"/>
      </w:pPr>
      <w:r>
        <w:t>I am interested in working for [Company Name] because [add one genuine, specific reason: a project, value, or market position you can point to]. I am keen to bring my skills to an organisation that values safety and operational excellence.</w:t>
      </w:r>
    </w:p>
    <w:p>
      <w:pPr>
        <w:spacing w:before="0" w:after="240"/>
      </w:pPr>
      <w:r>
        <w:t>Thank you for considering my application. My resume is attached, and I would welcome the opportunity to discuss how my experience aligns with your operations.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