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Historian</w:t>
      </w:r>
    </w:p>
    <w:p>
      <w:pPr>
        <w:spacing w:before="0" w:after="240"/>
      </w:pPr>
      <w:r>
        <w:t>I am writing to apply for the position of Historian with [Company Name]. With a background in archival research, historical interpretation and public engagement, I am confident I can contribute to your team's work.</w:t>
      </w:r>
    </w:p>
    <w:p>
      <w:pPr>
        <w:spacing w:before="0" w:after="240"/>
      </w:pPr>
      <w:r>
        <w:t>In my previous role, I conducted research across state and national archives for an exhibition on postwar migration. I analysed personal papers, government records and oral histories, then wrote interpretive text that helped visitors connect personal stories to broader historical trends. The exhibition received positive feedback from community groups and attracted new audiences to the museum.</w:t>
      </w:r>
    </w:p>
    <w:p>
      <w:pPr>
        <w:spacing w:before="0" w:after="240"/>
      </w:pPr>
      <w:r>
        <w:t>I am particularly drawn to [Company Name] because [add one genuine, specific reason: a project, value, or market position you can point to]. I share your commitment to making history accessible and relevant, and I would welcome the chance to contribute to your upcoming initiatives.</w:t>
      </w:r>
    </w:p>
    <w:p>
      <w:pPr>
        <w:spacing w:before="0" w:after="240"/>
      </w:pPr>
      <w:r>
        <w:t>Thank you for considering my application. I have attached my resume and would appreciate the opportunity to discuss how my skills in research, writing and community engagement can support your work.</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