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before="0" w:after="20"/>
      </w:pPr>
      <w:r>
        <w:rPr>
          <w:b/>
          <w:color w:val="14161D"/>
          <w:sz w:val="40"/>
        </w:rPr>
        <w:t>Your Name</w:t>
      </w:r>
    </w:p>
    <w:p>
      <w:pPr>
        <w:spacing w:before="0" w:after="320"/>
      </w:pPr>
      <w:r>
        <w:rPr>
          <w:color w:val="4B5058"/>
          <w:sz w:val="19"/>
        </w:rPr>
        <w:t>your.email@example.com   •   0400 000 000</w:t>
      </w:r>
    </w:p>
    <w:p>
      <w:pPr>
        <w:spacing w:before="0" w:after="200"/>
      </w:pPr>
      <w:r>
        <w:t>[Date]</w:t>
      </w:r>
    </w:p>
    <w:p>
      <w:pPr>
        <w:spacing w:before="0" w:after="200"/>
      </w:pPr>
      <w:r>
        <w:t>[Hiring Manager Name]</w:t>
        <w:br/>
        <w:t>[Company Name]</w:t>
        <w:br/>
        <w:t>[Company Address]</w:t>
      </w:r>
    </w:p>
    <w:p>
      <w:pPr>
        <w:spacing w:before="120" w:after="280"/>
        <w:pBdr>
          <w:bottom w:val="single" w:sz="6" w:space="4" w:color="DFDED8"/>
        </w:pBdr>
      </w:pPr>
      <w:r>
        <w:rPr>
          <w:b/>
          <w:color w:val="2F62D9"/>
          <w:sz w:val="24"/>
        </w:rPr>
        <w:t>Re: Application for Home Improvement Installer</w:t>
      </w:r>
    </w:p>
    <w:p>
      <w:pPr>
        <w:spacing w:before="0" w:after="240"/>
      </w:pPr>
      <w:r>
        <w:t>Dear Hiring Manager, I am writing to apply for the Home Improvement Installer position at [Company Name]. With hands-on experience installing blinds, awnings, shutters and cabinetry across residential properties, I am confident I can deliver the precise, tidy work your customers expect.</w:t>
      </w:r>
    </w:p>
    <w:p>
      <w:pPr>
        <w:spacing w:before="0" w:after="240"/>
      </w:pPr>
      <w:r>
        <w:t>Recently, I completed a full installation of custom shelving and cabinetry for a 12-unit townhouse development. I measured each space, cut materials to size and fixed every unit so that doors and drawers aligned perfectly. By double-checking my measurements before cutting, I avoided rework and finished the job two days ahead of schedule. The site supervisor commented on how clean and organised I kept the work areas.</w:t>
      </w:r>
    </w:p>
    <w:p>
      <w:pPr>
        <w:spacing w:before="0" w:after="240"/>
      </w:pPr>
      <w:r>
        <w:t>I want to work for [Company Name] because [add one genuine, specific reason: a project, value, or market position you can point to]. I am keen to bring my installation skills and customer-focused approach to your team.</w:t>
      </w:r>
    </w:p>
    <w:p>
      <w:pPr>
        <w:spacing w:before="0" w:after="240"/>
      </w:pPr>
      <w:r>
        <w:t>Thank you for considering my application. My resume is attached, and I would welcome the chance to discuss how I can contribute to your upcoming projects. I look forward to hearing from you.</w:t>
      </w:r>
    </w:p>
    <w:p>
      <w:pPr>
        <w:spacing w:before="160" w:after="0"/>
      </w:pPr>
      <w:r>
        <w:t>Kind regards,</w:t>
        <w:br/>
        <w:t>Your Name</w:t>
      </w:r>
    </w:p>
    <w:sectPr w:rsidR="00FC693F" w:rsidRPr="0006063C" w:rsidSect="00034616">
      <w:pgSz w:w="12240" w:h="15840"/>
      <w:pgMar w:top="1152" w:right="1296" w:bottom="1152" w:left="1296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200" w:line="300" w:lineRule="auto"/>
    </w:pPr>
    <w:rPr>
      <w:rFonts w:ascii="Calibri" w:hAnsi="Calibri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