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Hotel Porter</w:t>
      </w:r>
    </w:p>
    <w:p>
      <w:pPr>
        <w:spacing w:before="0" w:after="240"/>
      </w:pPr>
      <w:r>
        <w:t>I am writing to apply for the Hotel Porter role at [Company Name]. With a strong background in front-of-house hospitality and a genuine enjoyment of helping guests feel welcome, I am confident I can contribute to a smooth arrival and departure experience for your guests.</w:t>
      </w:r>
    </w:p>
    <w:p>
      <w:pPr>
        <w:spacing w:before="0" w:after="240"/>
      </w:pPr>
      <w:r>
        <w:t>In my current role at a 150-room hotel, I reorganised the luggage storage area to reduce retrieval time from several minutes to under one, which helped speed up departures during peak check-out. I also handled transport arrangements and local directions for guests, often resolving requests within a few minutes. My attention to detail in keeping the lobby presentable has been noted by guests and management alike.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customer service skills and physical stamina to your team.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front-of-house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