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Hotel Porter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Hotel Porter focused on creating a smooth and welcoming arrival and departure experience for every guest. Skilled in luggage handling, front-of-house support, and using property management systems to coordinate requests. Known for staying calm during busy periods and keeping the lobby and entrance areas presentable.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Opera PMS   •   Fidelio   •   HotSOS   •   Guest messaging platforms   •   Customer service   •   Written communication   •   Attention to detail   •   Physical stamina and dexterity   •   Problem solving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Hotel Porter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Greeted guests on arrival, carrying and storing luggage for up to 70 check-ins per shift while maintaining a friendly and efficient service.</w:t>
      </w:r>
    </w:p>
    <w:p>
      <w:pPr>
        <w:pStyle w:val="ListBullet"/>
        <w:spacing w:after="80" w:line="276" w:lineRule="auto"/>
      </w:pPr>
      <w:r>
        <w:t>Arranged transport and provided local directions, often resolving requests within a few minutes to keep guest wait times low.</w:t>
      </w:r>
    </w:p>
    <w:p>
      <w:pPr>
        <w:pStyle w:val="ListBullet"/>
        <w:spacing w:after="80" w:line="276" w:lineRule="auto"/>
      </w:pPr>
      <w:r>
        <w:t>Delivered messages and amenities to guest rooms, prioritising urgent requests and confirming delivery with the front desk.</w:t>
      </w:r>
    </w:p>
    <w:p>
      <w:pPr>
        <w:pStyle w:val="ListBullet"/>
        <w:spacing w:after="80" w:line="276" w:lineRule="auto"/>
      </w:pPr>
      <w:r>
        <w:t>Kept the lobby and entrance areas tidy and presentable, completing regular walk-throughs to address spills, clutter, and maintenance issues.</w:t>
      </w:r>
    </w:p>
    <w:p>
      <w:pPr>
        <w:pStyle w:val="ListBullet"/>
        <w:spacing w:after="240" w:line="276" w:lineRule="auto"/>
      </w:pPr>
      <w:r>
        <w:t>Coordinated luggage storage for groups of 20 or more, reducing retrieval time from several minutes to under one during peak departures.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typical, with most porters learning on the job; a Certificate III in Hospitality or a short customer service course can be helpful.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