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Hotel Receptionist</w:t>
      </w:r>
    </w:p>
    <w:p>
      <w:pPr>
        <w:spacing w:before="0" w:after="240"/>
      </w:pPr>
      <w:r>
        <w:t>I am writing to apply for the Hotel Receptionist role at [Company Name]. With hands-on experience in front desk operations and a focus on warm, efficient guest service, I am confident I can be a strong first point of contact for your guests.</w:t>
      </w:r>
    </w:p>
    <w:p>
      <w:pPr>
        <w:spacing w:before="0" w:after="240"/>
      </w:pPr>
      <w:r>
        <w:t>In my current role at a 120-room hotel, I manage up to 60 check-ins per shift and handle reservations, payments and guest requests. I introduced a pre-arrival checklist for group bookings that cut average check-in time from five minutes to three, and I regularly coordinate with housekeeping to resolve room issues within 15 minutes. I also reconcile the front desk float daily and issue invoices accurately, which has reduced end-of-shift adjustments.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chance to bring my front desk experience to your team.</w:t>
      </w:r>
    </w:p>
    <w:p>
      <w:pPr>
        <w:spacing w:before="0" w:after="240"/>
      </w:pPr>
      <w:r>
        <w:t>Thank you for considering my application. I have attached my resume and look forward to discussing how I can contribute to your front office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