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Hotel Service Manager</w:t>
      </w:r>
    </w:p>
    <w:p>
      <w:pPr>
        <w:spacing w:before="0" w:after="240"/>
      </w:pPr>
      <w:r>
        <w:t>I am writing to apply for the Hotel Service Manager role at [Company Name]. With several years of experience overseeing daily hotel operations and leading front desk, housekeeping and food and beverage teams, I am confident I can contribute to the smooth running of your property.</w:t>
      </w:r>
    </w:p>
    <w:p>
      <w:pPr>
        <w:spacing w:before="0" w:after="240"/>
      </w:pPr>
      <w:r>
        <w:t>In my current role, I introduced a centralised rostering system using Deputy that aligned staff coverage with occupancy forecasts. This reduced last-minute shift changes and ensured the front desk and housekeeping teams were always adequately staffed, which led to fewer guest complaints about check-in delays and room readiness.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would welcome the opportunity to bring my operational and compliance experience to your team.</w:t>
      </w:r>
    </w:p>
    <w:p>
      <w:pPr>
        <w:spacing w:before="0" w:after="240"/>
      </w:pPr>
      <w:r>
        <w:t>Thank you for considering my application. I have attached my resume for your review and look forward to discussing how I can support your hotel's service standards.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