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Housekeeper</w:t>
      </w:r>
    </w:p>
    <w:p>
      <w:pPr>
        <w:spacing w:before="0" w:after="240"/>
      </w:pPr>
      <w:r>
        <w:t>I am writing to apply for the Housekeeper position at [Company Name]. My experience keeping rooms and common areas clean, hygienic and guest-ready matches the daily demands of this role.</w:t>
      </w:r>
    </w:p>
    <w:p>
      <w:pPr>
        <w:spacing w:before="0" w:after="240"/>
      </w:pPr>
      <w:r>
        <w:t>In my most recent housekeeping work, I managed a full room turnover cycle, cleaning and sanitising bedrooms and bathrooms, changing linen and restocking toiletries within tight timeframes between checkouts and check-ins. I also picked up on maintenance issues during routine inspections and flagged them to management before they became bigger problems, which kept rooms available and guests satisfied.</w:t>
      </w:r>
    </w:p>
    <w:p>
      <w:pPr>
        <w:spacing w:before="0" w:after="240"/>
      </w:pPr>
      <w:r>
        <w:t>[Company Name] stands out to me because [add one genuine, specific reason: a project, value, or market position you can point to]. I want to bring my attention to detail and steady work pace to a team that takes hygiene and guest comfort seriously.</w:t>
      </w:r>
    </w:p>
    <w:p>
      <w:pPr>
        <w:spacing w:before="0" w:after="240"/>
      </w:pPr>
      <w:r>
        <w:t>Thank you for considering my application. I have attached my resume with further detail on my experience and skills, and I would welcome the chance to discuss how I can contribute to your housekeeping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