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HR Advisor</w:t>
      </w:r>
    </w:p>
    <w:p>
      <w:pPr>
        <w:spacing w:before="0" w:after="240"/>
      </w:pPr>
      <w:r>
        <w:t>I am writing to apply for the HR Advisor position at [Company Name]. My background in employment law, policy development and workplace relations matches the operational and advisory demands of this role.</w:t>
      </w:r>
    </w:p>
    <w:p>
      <w:pPr>
        <w:spacing w:before="0" w:after="240"/>
      </w:pPr>
      <w:r>
        <w:t>In a previous role I managed a workplace grievance from initial complaint through to resolution, coordinating with the affected employee, their manager and senior leadership while keeping the process within the timeframes set by internal policy. The matter was resolved without escalation to an external body, and the policy I helped refine afterward reduced similar complaints in the following period.</w:t>
      </w:r>
    </w:p>
    <w:p>
      <w:pPr>
        <w:spacing w:before="0" w:after="240"/>
      </w:pPr>
      <w:r>
        <w:t>[Company Name] stands out to me because [add one genuine, specific reason: a project, value, or market position you can point to]. I'd welcome the chance to bring my HR advisory experience to that context.</w:t>
      </w:r>
    </w:p>
    <w:p>
      <w:pPr>
        <w:spacing w:before="0" w:after="240"/>
      </w:pPr>
      <w:r>
        <w:t>Thank you for considering my application. I have attached my resume and would welcome the opportunity to discuss how my experience in employment relations and HR policy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