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HR Business Partner</w:t>
      </w:r>
    </w:p>
    <w:p>
      <w:pPr>
        <w:spacing w:before="0" w:after="240"/>
      </w:pPr>
      <w:r>
        <w:t>I am writing to apply for the HR Business Partner role at [Company Name]. With experience supporting a business unit on recruitment, performance and workforce planning, I am confident I can translate HR strategy into decisions your managers can use day to day.</w:t>
      </w:r>
    </w:p>
    <w:p>
      <w:pPr>
        <w:spacing w:before="0" w:after="240"/>
      </w:pPr>
      <w:r>
        <w:t>In my current role, I partner with a division of around 200 staff and their managers. I led a workforce planning review that identified a looming capability gap in a specialist team, then worked with the hiring manager to reshape the position description and recruitment approach. The result was a stronger field of candidates and a faster time to fill, without compromising on the technical skills the team needed. I also coach managers through performance issues, using the Fair Work Act and our enterprise agreement as the framework, and I use engagement data to target support where teams need it most.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I can support your business unit leaders.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