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Hydrographic Surveyor</w:t>
      </w:r>
    </w:p>
    <w:p>
      <w:pPr>
        <w:spacing w:before="0" w:after="240"/>
      </w:pPr>
      <w:r>
        <w:t>I am applying for the Hydrographic Surveyor role with [Company Name]. My background combines offshore survey acquisition with strong office-based processing and reporting, and the mix of vessel time and technical analysis in this position is exactly the work I want to keep doing.</w:t>
      </w:r>
    </w:p>
    <w:p>
      <w:pPr>
        <w:spacing w:before="0" w:after="240"/>
      </w:pPr>
      <w:r>
        <w:t>On a recent port channel survey, I planned the lines, ran the patch test and calibration on the vessel, and then processed the data in CARIS HIPS and SIPS with sound velocity and tide corrections applied. The client had raised concerns about coverage in a berth pocket from an earlier survey, so I ran a focused infill line over the area and produced a clean DTM alongside the fair sheet. The report was accepted on the first submission and the dredge team used the depths to set their cut levels without needing a follow-up survey.</w:t>
      </w:r>
    </w:p>
    <w:p>
      <w:pPr>
        <w:spacing w:before="0" w:after="240"/>
      </w:pPr>
      <w:r>
        <w:t>What draws me to [Company Name] is [add one genuine, specific reason: a project, value, or market position you can point to]. I want to work somewhere that takes data quality and maritime safety seriously, and where surveyors are trusted to raise issues early rather than after the deliverable has left the office.</w:t>
      </w:r>
    </w:p>
    <w:p>
      <w:pPr>
        <w:spacing w:before="0" w:after="240"/>
      </w:pPr>
      <w:r>
        <w:t>Thank you for considering my application. My resume is attached, and I would welcome the chance to talk through my survey experience and how it fits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