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Illustrator</w:t>
      </w:r>
    </w:p>
    <w:p>
      <w:pPr>
        <w:spacing w:before="0" w:after="240"/>
      </w:pPr>
      <w:r>
        <w:t>I'm writing to apply for the Illustrator role at [Company Name]. My work moving between traditional media and digital tools, combined with experience taking a brief from rough concept sketch through to finished artwork, matches what this position needs.</w:t>
      </w:r>
    </w:p>
    <w:p>
      <w:pPr>
        <w:spacing w:before="0" w:after="240"/>
      </w:pPr>
      <w:r>
        <w:t>On a recent project I took a publisher's brief for a series of editorial illustrations, produced several concept sketch directions for sign-off, then delivered finished digital artwork in Photoshop and Procreate across three revision rounds without missing the print deadline. That balance of creative judgement and deadline discipline is something I bring to every brief, whether the client is a publisher, agency, or direct commercial client.</w:t>
      </w:r>
    </w:p>
    <w:p>
      <w:pPr>
        <w:spacing w:before="0" w:after="240"/>
      </w:pPr>
      <w:r>
        <w:t>[add one genuine, specific reason: a project, value, or market position you can point to] is what drew me to apply to [Company Name] specifically, rather than sending a general application.</w:t>
      </w:r>
    </w:p>
    <w:p>
      <w:pPr>
        <w:spacing w:before="0" w:after="240"/>
      </w:pPr>
      <w:r>
        <w:t>Thank you for considering my application. I've attached my resume and a link to my portfolio, and I'd welcome the chance to discuss how my illustration work could fit your upcoming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