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Clinical Immunologist and Allergist</w:t>
      </w:r>
    </w:p>
    <w:p>
      <w:pPr>
        <w:spacing w:before="0" w:after="240"/>
      </w:pPr>
      <w:r>
        <w:t>I am writing to apply for the position of Clinical Immunologist and Allergist at [Company Name]. With advanced training through the Royal Australasian College of Physicians and hands-on experience across hospital outpatient clinics and diagnostic laboratories, I am confident in my ability to deliver high-quality care for patients with allergic disease, primary immunodeficiency and complex autoimmune conditions.</w:t>
      </w:r>
    </w:p>
    <w:p>
      <w:pPr>
        <w:spacing w:before="0" w:after="240"/>
      </w:pPr>
      <w:r>
        <w:t>In my current role, I oversee immunoglobulin replacement therapy for patients with antibody deficiency, coordinating with laboratory and nursing teams to ensure safe infusions and timely dose adjustments. I also run a dedicated allergy clinic where I perform skin prick testing and challenge procedures, and I have developed anaphylaxis action plans that patients and families tell me give them confidence to manage emergencies. My approach combines rigorous clinical assessment with clear education and long term care planning.</w:t>
      </w:r>
    </w:p>
    <w:p>
      <w:pPr>
        <w:spacing w:before="0" w:after="240"/>
      </w:pPr>
      <w:r>
        <w:t>I am drawn to [Company Name] because [add one genuine, specific reason: a project, value, or market position you can point to]. I am keen to contribute to a service that values patient-centred care, evidence-based practice and multidisciplinary collaboration.</w:t>
      </w:r>
    </w:p>
    <w:p>
      <w:pPr>
        <w:spacing w:before="0" w:after="240"/>
      </w:pPr>
      <w:r>
        <w:t>Thank you for considering my application. I have attached my resume and would welcome the opportunity to discuss how my experience aligns with your team's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