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Industrial Engineer</w:t>
      </w:r>
    </w:p>
    <w:p>
      <w:pPr>
        <w:spacing w:before="0" w:after="240"/>
      </w:pPr>
      <w:r>
        <w:t>I am writing to express my interest in the Industrial Engineer position at [Company Name]. With a strong background in process improvement and operations management, I am confident I can contribute to your team's efficiency and quality goals.</w:t>
      </w:r>
    </w:p>
    <w:p>
      <w:pPr>
        <w:spacing w:before="0" w:after="240"/>
      </w:pPr>
      <w:r>
        <w:t>In my previous role, I analysed production workflows in a manufacturing facility and identified a bottleneck in the assembly line. By redesigning the layout and implementing a simulation model to test changes, I reduced cycle time by streamlining material flow, which improved overall output without additional capital expenditure. This experience honed my skills in process improvement and data analysis.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data analysis and continuous improvement to support your operations.</w:t>
      </w:r>
    </w:p>
    <w:p>
      <w:pPr>
        <w:spacing w:before="0" w:after="240"/>
      </w:pPr>
      <w:r>
        <w:t>Thank you for considering my application. My resume is attached for your review, and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