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Industrial Spray Painter</w:t>
      </w:r>
    </w:p>
    <w:p>
      <w:pPr>
        <w:spacing w:before="0" w:after="240"/>
      </w:pPr>
      <w:r>
        <w:t>I am writing to apply for the Industrial Spray Painter position at [Company Name]. With hands-on experience in surface preparation and coating application, I am confident in my ability to deliver high-quality finishes that meet specifications.</w:t>
      </w:r>
    </w:p>
    <w:p>
      <w:pPr>
        <w:spacing w:before="0" w:after="240"/>
      </w:pPr>
      <w:r>
        <w:t>In my previous role, I was responsible for preparing and coating large steel fabrications. On one project, I coated a batch of structural steel components for a bridge. By carefully monitoring viscosity and film thickness, I ensured all parts passed inspection with no defects, which avoided a costly delay for the client. I also maintained my spray equipment, which helped keep the project on schedule.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to a team that values quality and safety.</w:t>
      </w:r>
    </w:p>
    <w:p>
      <w:pPr>
        <w:spacing w:before="0" w:after="240"/>
      </w:pPr>
      <w:r>
        <w:t>Thank you for considering my application. I have attached my resume and look forward to discussing how my experience can benefit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