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Infectious Diseases Physician</w:t>
      </w:r>
    </w:p>
    <w:p>
      <w:pPr>
        <w:spacing w:before="0" w:after="240"/>
      </w:pPr>
      <w:r>
        <w:t>I am writing to apply for the Infectious Diseases Physician position at [Company Name]. With advanced training through the Royal Australasian College of Physicians and hands-on experience managing complex infections, I am confident I can contribute to your team.</w:t>
      </w:r>
    </w:p>
    <w:p>
      <w:pPr>
        <w:spacing w:before="0" w:after="240"/>
      </w:pPr>
      <w:r>
        <w:t>In my current role at a tertiary referral hospital, I led an outbreak investigation involving a multidrug-resistant organism across three wards. I coordinated with infection control and public health units, implemented targeted screening and isolation protocols, and brought the outbreak under control within six weeks. I also run a weekly antimicrobial stewardship round that reviews broad-spectrum antibiotic use for over 50 inpatients, helping prescribers optimise therapy and reduce unnecessary days of treatment.</w:t>
      </w:r>
    </w:p>
    <w:p>
      <w:pPr>
        <w:spacing w:before="0" w:after="240"/>
      </w:pPr>
      <w:r>
        <w:t>I am drawn to [Company Name] because [add one genuine, specific reason: a project, value, or market position you can point to]. I am particularly interested in contributing to your infection prevention and control program and supporting your junior medical staff through teaching and supervision.</w:t>
      </w:r>
    </w:p>
    <w:p>
      <w:pPr>
        <w:spacing w:before="0" w:after="240"/>
      </w:pPr>
      <w:r>
        <w:t>Thank you for considering my application. I have attached my resume for your review and would welcome the opportunity to discuss how my experience aligns with your needs.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