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Insulation Installer</w:t>
      </w:r>
    </w:p>
    <w:p>
      <w:pPr>
        <w:spacing w:before="0" w:after="240"/>
      </w:pPr>
      <w:r>
        <w:t>I am writing to apply for the Insulation Installer position at [Company Name]. With hands-on experience installing batts, rolls and loose-fill insulation in ceilings, walls and underfloors, I can step into your team and contribute from day one.</w:t>
      </w:r>
    </w:p>
    <w:p>
      <w:pPr>
        <w:spacing w:before="0" w:after="240"/>
      </w:pPr>
      <w:r>
        <w:t>In my recent role, I worked on a run of residential energy efficiency retrofits. I measured and cut insulation to fit tightly around joists, pipes and wiring, sealed gaps around windows and service penetrations, and used a thermal imaging camera to check for missed sections before handover. Homeowners often told me they noticed a difference in comfort straight away, and the supervisor relied on me to flag any contaminated old insulation that needed removal.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for a business that takes energy efficiency seriously and backs it with quality installation and safe work practices.</w:t>
      </w:r>
    </w:p>
    <w:p>
      <w:pPr>
        <w:spacing w:before="0" w:after="240"/>
      </w:pPr>
      <w:r>
        <w:t>Thank you for considering my application. My resume is attached, and I would welcome the opportunity to discuss how I can support your upcoming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