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Intellectual Property Lawyer</w:t>
      </w:r>
    </w:p>
    <w:p>
      <w:pPr>
        <w:spacing w:before="0" w:after="240"/>
      </w:pPr>
      <w:r>
        <w:t>I am applying for the Intellectual Property Lawyer role at [Company Name]. With experience across patents, trade marks and copyright, and a background that combines legal training with a science degree, I am comfortable advising clients on both the technical and commercial aspects of IP protection.</w:t>
      </w:r>
    </w:p>
    <w:p>
      <w:pPr>
        <w:spacing w:before="0" w:after="240"/>
      </w:pPr>
      <w:r>
        <w:t>In my current role, I manage a portfolio of patent and trade mark applications before IP Australia and foreign registries. I recently led a freedom-to-operate analysis for a medical device company, which identified a blocking patent and allowed the client to redesign a component before launch, avoiding a potential infringement claim. I also negotiated a licensing agreement for a university spin-out, resolving complex ownership and royalty terms so the technology could be commercialised.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takes a practical and strategic approach to IP, and I believe my experience in both prosecution and dispute resolution would add value.</w:t>
      </w:r>
    </w:p>
    <w:p>
      <w:pPr>
        <w:spacing w:before="0" w:after="240"/>
      </w:pPr>
      <w:r>
        <w:t>Thank you for considering my application. I have attached my resume and would welcome the opportunity to discuss how my skills could support your clients.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