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Interpreter</w:t>
      </w:r>
    </w:p>
    <w:p>
      <w:pPr>
        <w:spacing w:before="0" w:after="240"/>
      </w:pPr>
      <w:r>
        <w:t>I'm writing to apply for the Interpreter role at [Company Name]. With NAATI certification and hands-on experience interpreting across medical, legal and community settings, I can support your clients and staff to communicate clearly and accurately across language barriers.</w:t>
      </w:r>
    </w:p>
    <w:p>
      <w:pPr>
        <w:spacing w:before="0" w:after="240"/>
      </w:pPr>
      <w:r>
        <w:t>In a recent assignment involving a lengthy legal consultation, I prepared a terminology glossary in advance covering both general legal language and case-specific terms, which let me interpret consecutively without breaking the flow of questioning or losing precision on technical points. That preparation habit, and the discipline of staying strictly impartial even when conversations became tense, is something I bring to every assignment.</w:t>
      </w:r>
    </w:p>
    <w:p>
      <w:pPr>
        <w:spacing w:before="0" w:after="240"/>
      </w:pPr>
      <w:r>
        <w:t>[add one genuine, specific reason: a project, value, or market position you can point to] is what draws me to [Company Name] specifically, and I'd welcome the chance to bring my language skills and professional discipline to your team.</w:t>
      </w:r>
    </w:p>
    <w:p>
      <w:pPr>
        <w:spacing w:before="0" w:after="240"/>
      </w:pPr>
      <w:r>
        <w:t>Thank you for considering my application. I've attached my resume with further detail on my language pairs, accreditation and assignment history, and I'd welcome the opportunity to discuss how I can support [Company Name]'s interpreting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