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Investment Banker</w:t>
      </w:r>
    </w:p>
    <w:p>
      <w:pPr>
        <w:spacing w:before="0" w:after="240"/>
      </w:pPr>
      <w:r>
        <w:t>I'm writing to apply for the Investment Banker position at [Company Name]. My background in financial modelling, deal structuring and client advisory across capital markets transactions fits the demands of this role directly.</w:t>
      </w:r>
    </w:p>
    <w:p>
      <w:pPr>
        <w:spacing w:before="0" w:after="240"/>
      </w:pPr>
      <w:r>
        <w:t>In my most recent deal work, I built the valuation model underpinning a mid-market M&amp;A transaction, stress-testing assumptions across several scenarios so the client could negotiate from a position of strength. I also coordinated due diligence across legal, tax and commercial workstreams, keeping the process on schedule despite late changes to deal terms, and briefed the client regularly so nothing came as a surprise at signing.</w:t>
      </w:r>
    </w:p>
    <w:p>
      <w:pPr>
        <w:spacing w:before="0" w:after="240"/>
      </w:pPr>
      <w:r>
        <w:t>[Company Name] stood out to me because [add one genuine, specific reason: a project, value, or market position you can point to]. That's the kind of deal environment where I want to build my career.</w:t>
      </w:r>
    </w:p>
    <w:p>
      <w:pPr>
        <w:spacing w:before="0" w:after="240"/>
      </w:pPr>
      <w:r>
        <w:t>Thank you for considering my application. I've attached my resume and would welcome the chance to discuss how my modelling and client-advisory experience could contribute to your deal teams.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