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ISO Auditor</w:t>
      </w:r>
    </w:p>
    <w:p>
      <w:pPr>
        <w:spacing w:before="0" w:after="240"/>
      </w:pPr>
      <w:r>
        <w:t>I am writing to apply for the ISO Auditor role at [Company Name]. With hands-on experience auditing management systems against ISO 9001, ISO 14001 and ISO 45001, I am confident I can help your clients maintain certification and improve their processes.</w:t>
      </w:r>
    </w:p>
    <w:p>
      <w:pPr>
        <w:spacing w:before="0" w:after="240"/>
      </w:pPr>
      <w:r>
        <w:t>As an auditor for a certification body, I led a surveillance audit for a manufacturing client and found a recurring non-conformance in document control that previous reviews had missed. I discussed the finding with the quality manager, helped them develop a corrective action plan, and followed up three months later. The client passed their recertification audit with no major findings, and they asked me to return for the next cycle.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an organisation that takes audit integrity seriously and works collaboratively with clients.</w:t>
      </w:r>
    </w:p>
    <w:p>
      <w:pPr>
        <w:spacing w:before="0" w:after="240"/>
      </w:pPr>
      <w:r>
        <w:t>Thank you for considering my application. My resume is attached, and I would welcome the chance to discuss how my audit experience and standards knowledge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