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Jewellery Designer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Jewellery Designer with a dual focus on hand fabrication and CAD-led design. Skilled in Rhino 3D, MatrixGold and Adobe tools, and experienced in taking a piece from concept sketch through to casting and finishing. Works closely with jewellers, setters and clients to balance design intent with wearability and budget.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Visual design   •   Creative software production   •   Selling and negotiation   •   Rhino 3D   •   MatrixGold   •   Adobe Illustrator   •   Adobe Photoshop   •   ZBrush   •   Attention to detail   •   Client relationships and advisory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Jewellery Designer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modelled a 12-piece pendant collection in Rhino 3D, producing renders for client approval and technical drawings for casting.</w:t>
      </w:r>
    </w:p>
    <w:p>
      <w:pPr>
        <w:pStyle w:val="ListBullet"/>
        <w:spacing w:after="80" w:line="276" w:lineRule="auto"/>
      </w:pPr>
      <w:r>
        <w:t>Selected gemstones, settings and finishes for custom rings, matching stone size and budget while keeping the piece wearable.</w:t>
      </w:r>
    </w:p>
    <w:p>
      <w:pPr>
        <w:pStyle w:val="ListBullet"/>
        <w:spacing w:after="80" w:line="276" w:lineRule="auto"/>
      </w:pPr>
      <w:r>
        <w:t>Prepared wax models for a run of 30 wedding bands, checking each for wall thickness and casting clearance before sending to the foundry.</w:t>
      </w:r>
    </w:p>
    <w:p>
      <w:pPr>
        <w:pStyle w:val="ListBullet"/>
        <w:spacing w:after="80" w:line="276" w:lineRule="auto"/>
      </w:pPr>
      <w:r>
        <w:t>Liaised with stone setters and polishers to resolve finishing issues, reducing rework on a batch of dress rings from five pieces to one.</w:t>
      </w:r>
    </w:p>
    <w:p>
      <w:pPr>
        <w:pStyle w:val="ListBullet"/>
        <w:spacing w:after="240" w:line="276" w:lineRule="auto"/>
      </w:pPr>
      <w:r>
        <w:t>Advised clients on metal choice, stone selection and care, guiding them from initial consultation to final purchase.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Jewellery Manufacture, Diploma of Jewellery Design, or a design degree with a CAD focus; some designers enter through a jewellery apprenticeship.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