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Jockey</w:t>
      </w:r>
    </w:p>
    <w:p>
      <w:pPr>
        <w:spacing w:before="0" w:after="240"/>
      </w:pPr>
      <w:r>
        <w:t>I am writing to apply for the Jockey position with [Company Name]. With a licence to ride in [state] and a background in apprentice race riding, I bring tactical race judgement and a strong commitment to horse welfare and safety.</w:t>
      </w:r>
    </w:p>
    <w:p>
      <w:pPr>
        <w:spacing w:before="0" w:after="240"/>
      </w:pPr>
      <w:r>
        <w:t>During my recent season, I rode [number] winners from [number] rides, including a notable victory where I studied the form guide, identified a slow early pace, and positioned my mount to lead from the 600-metre mark. That race also required me to manage a nervous horse in the barriers, which I did by maintaining calm handling and following the starter's instructions. The result was a win that pleased the trainer and owners and demonstrated my ability to adapt under pressure.</w:t>
      </w:r>
    </w:p>
    <w:p>
      <w:pPr>
        <w:spacing w:before="0" w:after="240"/>
      </w:pPr>
      <w:r>
        <w:t>Why this employer: [add one genuine, specific reason: a project, value, or market position you can point to]. I am drawn to your stable's reputation for developing horses patiently and for prioritising their long-term soundness, and I would welcome the chance to contribute to that approach.</w:t>
      </w:r>
    </w:p>
    <w:p>
      <w:pPr>
        <w:spacing w:before="0" w:after="240"/>
      </w:pPr>
      <w:r>
        <w:t>Thank you for considering my application. My resume is attached, and I look forward to discussing how my race riding and horsemanship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