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Journalist</w:t>
      </w:r>
    </w:p>
    <w:p>
      <w:pPr>
        <w:spacing w:before="0" w:after="240"/>
      </w:pPr>
      <w:r>
        <w:t>I am writing to apply for the Journalist position at [Company Name]. My background researching, interviewing and writing news copy under deadline pressure, across print, digital and broadcast formats, makes me well suited to covering your readership's day-to-day news.</w:t>
      </w:r>
    </w:p>
    <w:p>
      <w:pPr>
        <w:spacing w:before="0" w:after="240"/>
      </w:pPr>
      <w:r>
        <w:t>In a recent assignment I covered a council rezoning dispute that had been buried in agenda documents. I interviewed residents, a developer and a planning officer, cross-checked the key claims through three separate sources, and filed a lead story within hours of the meeting closing. The piece ran as the top story online that day and prompted follow-up questions at the next council session.</w:t>
      </w:r>
    </w:p>
    <w:p>
      <w:pPr>
        <w:spacing w:before="0" w:after="240"/>
      </w:pPr>
      <w:r>
        <w:t>[Company Name] [add one genuine, specific reason: a project, value, or market position you can point to], and that's the kind of newsroom I want to report for.</w:t>
      </w:r>
    </w:p>
    <w:p>
      <w:pPr>
        <w:spacing w:before="0" w:after="240"/>
      </w:pPr>
      <w:r>
        <w:t>Thank you for considering my application. I've attached my resume and would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