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Kinesiologist</w:t>
      </w:r>
    </w:p>
    <w:p>
      <w:pPr>
        <w:spacing w:before="0" w:after="240"/>
      </w:pPr>
      <w:r>
        <w:t>I am writing to apply for the Kinesiologist role at [Company Name]. My approach combines muscle monitoring, movement assessment and practical lifestyle guidance, and I am confident I can support your clients in a way that fits your practice.</w:t>
      </w:r>
    </w:p>
    <w:p>
      <w:pPr>
        <w:spacing w:before="0" w:after="240"/>
      </w:pPr>
      <w:r>
        <w:t>In my recent practice, I worked with a client who had persistent shoulder tension and disrupted sleep. By combining muscle monitoring with gentle manual techniques and a simple breathing routine, we reduced her reported pain over four sessions and she returned to her regular swimming routine. That experience reinforced how small, consistent changes can shift someone's daily wellbeing.</w:t>
      </w:r>
    </w:p>
    <w:p>
      <w:pPr>
        <w:spacing w:before="0" w:after="240"/>
      </w:pPr>
      <w:r>
        <w:t>I am drawn to [Company Name] because [add one genuine, specific reason: a project, value, or market position you can point to]. I want to contribute to a practice that treats complementary health as part of a broader care picture, and I would welcome the chance to work alongside your team.</w:t>
      </w:r>
    </w:p>
    <w:p>
      <w:pPr>
        <w:spacing w:before="0" w:after="240"/>
      </w:pPr>
      <w:r>
        <w:t>Thank you for considering my application. My resume is attached, and I would be glad to discuss how I can support your clients and fit into your clinic.</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