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Lagger</w:t>
      </w:r>
    </w:p>
    <w:p>
      <w:pPr>
        <w:spacing w:before="0" w:after="240"/>
      </w:pPr>
      <w:r>
        <w:t>I am writing to apply for the Lagger position at [Company Name]. With hands-on experience in thermal and acoustic insulation across commercial and industrial sites, I am confident in my ability to deliver quality lagging and cladding work that meets specifications and safety standards.</w:t>
      </w:r>
    </w:p>
    <w:p>
      <w:pPr>
        <w:spacing w:before="0" w:after="240"/>
      </w:pPr>
      <w:r>
        <w:t>In my previous role, I was responsible for measuring and cutting insulation for a large-scale ductwork project with over 200 metres of pipe runs. By carefully reading plans and using lagging knives and sheet metal shears, I ensured a precise fit that reduced material waste and minimised callbacks for remedial work. I also installed weatherproof cladding on external pipework, maintaining thermal performance and a professional finish.</w:t>
      </w:r>
    </w:p>
    <w:p>
      <w:pPr>
        <w:spacing w:before="0" w:after="240"/>
      </w:pPr>
      <w:r>
        <w:t>I am keen to work with [Company Name] because [add one genuine, specific reason: a project, value, or market position you can point to]. I am looking for a workplace where quality workmanship and safety are valued, and I believe my skills align well with your team.</w:t>
      </w:r>
    </w:p>
    <w:p>
      <w:pPr>
        <w:spacing w:before="0" w:after="240"/>
      </w:pPr>
      <w:r>
        <w:t>Thank you for considering my application. My resume is attached, and I would welcome the opportunity to discuss how I can contribute to your projects.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