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Landscaper</w:t>
      </w:r>
    </w:p>
    <w:p>
      <w:pPr>
        <w:spacing w:before="0" w:after="240"/>
      </w:pPr>
      <w:r>
        <w:t>I'm writing to apply for the Landscaper position at [Company Name]. I bring a practical mix of horticultural knowledge and construction skills, and I'm comfortable taking a job from client brief through to finished, planted site.</w:t>
      </w:r>
    </w:p>
    <w:p>
      <w:pPr>
        <w:spacing w:before="0" w:after="240"/>
      </w:pPr>
      <w:r>
        <w:t>On a recent residential job, I was handed a landscape plan that called for a garden bed on heavy clay soil that hadn't been tested against the specified plant list. Rather than plant to spec and risk failure, I flagged the issue with the client, adjusted the plant selection to species suited to the actual soil conditions, and installed drainage improvements before planting. The bed established well and the client asked for the same approach on a second area of the property.</w:t>
      </w:r>
    </w:p>
    <w:p>
      <w:pPr>
        <w:spacing w:before="0" w:after="240"/>
      </w:pPr>
      <w:r>
        <w:t>[Company Name] stood out to me because [add one genuine, specific reason: a project, value, or market position you can point to]. I want to work somewhere that treats landscaping as a trade that requires both design judgement and solid construction technique, and that's the impression I've formed of your work.</w:t>
      </w:r>
    </w:p>
    <w:p>
      <w:pPr>
        <w:spacing w:before="0" w:after="240"/>
      </w:pPr>
      <w:r>
        <w:t>Thank you for considering my application. I've attached my resume with further detail on my experience and qualifications,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