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Law Clerk</w:t>
      </w:r>
    </w:p>
    <w:p>
      <w:pPr>
        <w:spacing w:before="0" w:after="240"/>
      </w:pPr>
      <w:r>
        <w:t>I am writing to apply for the Law Clerk position at [Company Name]. My background in legal document drafting, case law research and court deadline management aligns closely with the support this role requires, and I am ready to contribute from day one under solicitor supervision.</w:t>
      </w:r>
    </w:p>
    <w:p>
      <w:pPr>
        <w:spacing w:before="0" w:after="240"/>
      </w:pPr>
      <w:r>
        <w:t>In a previous matter load, I was responsible for compiling a brief of evidence ahead of a contested hearing, coordinating document requests from three separate parties and organising the material into an indexed bundle that the supervising solicitor used directly in preparation. I also maintained the firm's case management software so that filing deadlines and court dates were tracked without gaps, which meant no missed limitation dates across the matters I supported.</w:t>
      </w:r>
    </w:p>
    <w:p>
      <w:pPr>
        <w:spacing w:before="0" w:after="240"/>
      </w:pPr>
      <w:r>
        <w:t>[Company Name] stands out to me because [add one genuine, specific reason: a project, value, or market position you can point to]. I want to work somewhere my research and drafting support has a visible effect on how matters are run, and that reason is why I am directing this application here specifically.</w:t>
      </w:r>
    </w:p>
    <w:p>
      <w:pPr>
        <w:spacing w:before="0" w:after="240"/>
      </w:pPr>
      <w:r>
        <w:t>Thank you for considering my application. I have attached my resume, which sets out my research, drafting and case administration experience in more detail, and I would welcome the chance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