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Leather Goods Maker</w:t>
      </w:r>
    </w:p>
    <w:p>
      <w:pPr>
        <w:spacing w:before="0" w:after="240"/>
      </w:pPr>
      <w:r>
        <w:t>I am applying for the Leather Goods Maker role at [Company Name]. With hands-on experience in cutting, stitching, finishing and assembling leather items, I can step into your workshop and produce durable, well-finished goods from day one.</w:t>
      </w:r>
    </w:p>
    <w:p>
      <w:pPr>
        <w:spacing w:before="0" w:after="240"/>
      </w:pPr>
      <w:r>
        <w:t>In my current role, I cut and stitched a range of small leather goods, from card holders to camera straps. By reorganising pattern nesting and batching similar jobs, I reduced my average turnaround on bespoke orders from ten days to six, without compromising the finish. I also restored a client's satchel that another repairer had said was beyond saving, replacing the gusset and reconditioning the hardware, and it is still in use years later.</w:t>
      </w:r>
    </w:p>
    <w:p>
      <w:pPr>
        <w:spacing w:before="0" w:after="240"/>
      </w:pPr>
      <w:r>
        <w:t>I want to work for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resume, which outlines my skills and experience in more detail, and I would welcome the chance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