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Legal Secretary</w:t>
      </w:r>
    </w:p>
    <w:p>
      <w:pPr>
        <w:spacing w:before="0" w:after="240"/>
      </w:pPr>
      <w:r>
        <w:t>I'm writing to apply for the Legal Secretary position at [Company Name]. My background covers court document preparation, case file management and direct liaison with clients and courts, which matches the day-to-day demands of this role closely.</w:t>
      </w:r>
    </w:p>
    <w:p>
      <w:pPr>
        <w:spacing w:before="0" w:after="240"/>
      </w:pPr>
      <w:r>
        <w:t>In my most recent legal support role, I managed a full caseload of active files for two solicitors, keeping filing deadlines and hearing dates diarised across a mix of litigation and commercial matters. When a barrister's brief needed last-minute amendments the night before a hearing, I coordinated with counsel, reformatted the document to court requirements and had it filed well ahead of the registry cut-off, which meant the matter proceeded without delay.</w:t>
      </w:r>
    </w:p>
    <w:p>
      <w:pPr>
        <w:spacing w:before="0" w:after="240"/>
      </w:pPr>
      <w:r>
        <w:t>[Company Name] stands out to me because [add one genuine, specific reason: a project, value, or market position you can point to]. I want to bring my document handling and client liaison skills into a firm where that kind of work is valued.</w:t>
      </w:r>
    </w:p>
    <w:p>
      <w:pPr>
        <w:spacing w:before="0" w:after="240"/>
      </w:pPr>
      <w:r>
        <w:t>Thank you for considering my application. I've attached my resume and would welcome the chance to discuss how I can support your legal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