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Legislative Drafter</w:t>
      </w:r>
    </w:p>
    <w:p>
      <w:pPr>
        <w:spacing w:before="0" w:after="240"/>
      </w:pPr>
      <w:r>
        <w:t>I am writing to apply for the Legislative Drafter role at [Company Name]. With a strong background in legal research, statutory interpretation and policy analysis, I am confident I can contribute to drafting clear and legally sound legislation that reflects government policy.</w:t>
      </w:r>
    </w:p>
    <w:p>
      <w:pPr>
        <w:spacing w:before="0" w:after="240"/>
      </w:pPr>
      <w:r>
        <w:t>In my current role, I led the drafting of a legislative instrument that streamlined licensing requirements across multiple agencies. By consulting closely with policy teams and analysing existing law, I reduced duplication and cut processing time for applicants from several weeks to a few days. The instrument was passed without amendment, and the approach was later adopted for similar reforms.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keen to contribute to your work and to develop my drafting practice in a setting that values precision and public service.</w:t>
      </w:r>
    </w:p>
    <w:p>
      <w:pPr>
        <w:spacing w:before="0" w:after="240"/>
      </w:pPr>
      <w:r>
        <w:t>Thank you for considering my application. My resume is attached, and I look forward to discussing how my skills and experience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