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Library Assistant</w:t>
      </w:r>
    </w:p>
    <w:p>
      <w:pPr>
        <w:spacing w:before="0" w:after="240"/>
      </w:pPr>
      <w:r>
        <w:t>I am writing to apply for the Library Assistant role at [Company Name]. With hands-on experience supporting patrons and managing collections in a busy library, I am confident I can contribute to your team from day one.</w:t>
      </w:r>
    </w:p>
    <w:p>
      <w:pPr>
        <w:spacing w:before="0" w:after="240"/>
      </w:pPr>
      <w:r>
        <w:t>In my current role at a public library, I reorganised the junior fiction section by genre and reading level, which made it easier for children and parents to find books independently. I also processed new items using Alma, applied Dewey Decimal Classification, and maintained accurate loan records. This work reduced the time staff spent helping patrons locate materials and kept the collection in good order.</w:t>
      </w:r>
    </w:p>
    <w:p>
      <w:pPr>
        <w:spacing w:before="0" w:after="240"/>
      </w:pPr>
      <w:r>
        <w:t>I am particularly drawn to [Company Name] because [add one genuine, specific reason: a project, value, or market position you can point to]. I want to bring my customer service and organisational skills to a library that values community access and lifelong learning.</w:t>
      </w:r>
    </w:p>
    <w:p>
      <w:pPr>
        <w:spacing w:before="0" w:after="240"/>
      </w:pPr>
      <w:r>
        <w:t>Thank you for considering my application. I have attached my resume and look forward to discussing how I can support your library's patrons and collections.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