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Library Technician</w:t>
      </w:r>
    </w:p>
    <w:p>
      <w:pPr>
        <w:spacing w:before="0" w:after="240"/>
      </w:pPr>
      <w:r>
        <w:t>I am writing to apply for the Library Technician role at [Company Name]. With a Diploma of Library and Information Services and experience across circulation, cataloguing and patron support, I am confident I can help keep your collections organised and accessible.</w:t>
      </w:r>
    </w:p>
    <w:p>
      <w:pPr>
        <w:spacing w:before="0" w:after="240"/>
      </w:pPr>
      <w:r>
        <w:t>In my current role at a public library, I catalogued new acquisitions using Koha, ensuring MARC records were accurate and consistent with RDA. I also streamlined the interlibrary loan request process by creating a shared tracking spreadsheet, which reduced turnaround from five days to three and cut lost requests noticeably. I regularly assist patrons with research enquiries and digital literacy support, helping them navigate databases and e-resources.</w:t>
      </w:r>
    </w:p>
    <w:p>
      <w:pPr>
        <w:spacing w:before="0" w:after="240"/>
      </w:pPr>
      <w:r>
        <w:t>I am drawn to [Company Name] because [add one genuine, specific reason: a project, value, or market position you can point to]. Your focus on community access to information aligns with my own commitment to making library services welcoming and useful for everyone.</w:t>
      </w:r>
    </w:p>
    <w:p>
      <w:pPr>
        <w:spacing w:before="0" w:after="240"/>
      </w:pPr>
      <w:r>
        <w:t>Thank you for considering my application. I have attached my resume and would welcome the opportunity to discuss how my skills can support your library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