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Life Coach</w:t>
      </w:r>
    </w:p>
    <w:p>
      <w:pPr>
        <w:spacing w:before="0" w:after="240"/>
      </w:pPr>
      <w:r>
        <w:t>I am writing to apply for the Life Coach role at [Company Name]. With a background in one-on-one coaching and a practical approach to goal setting and accountability, I am confident I can support your clients to make meaningful changes.</w:t>
      </w:r>
    </w:p>
    <w:p>
      <w:pPr>
        <w:spacing w:before="0" w:after="240"/>
      </w:pPr>
      <w:r>
        <w:t>In my current practice, I coached a caseload of 15 clients through monthly sessions, helping each one set goals and build action plans they could follow between meetings. One client came to me wanting to change careers but felt stuck; over three months we broke the change into small steps, and she moved from research to applying for roles. I also built a Notion dashboard for clients to track habits and reflections, which gave our sessions a clear focus and kept progress visible.</w:t>
      </w:r>
    </w:p>
    <w:p>
      <w:pPr>
        <w:spacing w:before="0" w:after="240"/>
      </w:pPr>
      <w:r>
        <w:t>I am drawn to [Company Name] because [add one genuine, specific reason: a project, value, or market position you can point to]. I want to bring my coaching skills to a team that shares my commitment to client-centred practice.</w:t>
      </w:r>
    </w:p>
    <w:p>
      <w:pPr>
        <w:spacing w:before="0" w:after="240"/>
      </w:pPr>
      <w:r>
        <w:t>Thank you for considering my application. I have attached my resume for your review and would welcome the chance to discuss how I can contribute to your coaching services.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