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Lift Mechanic</w:t>
      </w:r>
    </w:p>
    <w:p>
      <w:pPr>
        <w:spacing w:before="0" w:after="240"/>
      </w:pPr>
      <w:r>
        <w:t>I'm applying for the Lift Mechanic role at [Company Name]. With a current electrical licence and solid experience installing, servicing and repairing lifts and escalators across commercial and residential sites, I can move straight into your maintenance runs and installation work without a long ramp-up.</w:t>
      </w:r>
    </w:p>
    <w:p>
      <w:pPr>
        <w:spacing w:before="0" w:after="240"/>
      </w:pPr>
      <w:r>
        <w:t>In my most recent role I looked after a portfolio of lifts in busy commercial buildings, where one car was stopping between floors every few days and had been signed off twice as no fault found. I rode the car during peak periods instead of quiet times, traced the issue to a door operator contact that only opened up after repeated cycles, and replaced the contact block. The call-backs stopped and I wrote up the pattern so the other technicians knew what to look for. That mix of patient fault finding and clear documentation is what I'd bring to your sites.</w:t>
      </w:r>
    </w:p>
    <w:p>
      <w:pPr>
        <w:spacing w:before="0" w:after="240"/>
      </w:pPr>
      <w:r>
        <w:t>I want to work for [Company Name] because [add one genuine, specific reason: a project, value, or market position you can point to]. I'd like to keep building my career somewhere the standard of work and the safety culture are things people actually talk about.</w:t>
      </w:r>
    </w:p>
    <w:p>
      <w:pPr>
        <w:spacing w:before="0" w:after="240"/>
      </w:pPr>
      <w:r>
        <w:t>Thank you for considering my application. My resume is attached and sets out my licences, training and experience in more detail. I'm happy to attend a practical assessment or site interview at a time that suits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